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Забастовка сценаристов и актёров Голливуда: итоги и значение</w:t>
      </w:r>
    </w:p>
    <w:p>
      <w:pPr/>
      <w:r>
        <w:t>2024-01-20</w:t>
      </w:r>
    </w:p>
    <w:p>
      <w:pPr/>
      <w:r>
        <w:t>11 мин. на чтение</w:t>
      </w:r>
    </w:p>
    <w:p>
      <w:r>
        <w:t xml:space="preserve">Летом прошлого года началась забастовка сценаристов и актёров SAG-AFTRA. За последние 43 года это была первая забастовка в Голливуде. Изначально забастовку объявили сценаристы, но в дальнейшем её поддержали и актёры, так как их требования совпадали: улучшение оплаты труда, медицинского страхования, защита от домогательств и дискриминации. Важной причиной также стало повсеместное использование корпорациями искусственного интеллекта. Кроме того, это была первая совместная забастовка сценаристов совместно с актёрами за последние 63 года. </w:t>
      </w:r>
    </w:p>
    <w:p>
      <w:r>
        <w:t xml:space="preserve">Что показал ход забастовки о положении рабочего класса? Как, несмотря на специфику индустрии и, казалось бы, различия между профессиями, проявилась классовая солидарность? Почему стоит обратить внимание на эту забастовку? Читайте в нашем материале. </w:t>
      </w:r>
    </w:p>
    <w:p>
      <w:pPr>
        <w:pStyle w:val="Heading2"/>
      </w:pPr>
      <w:r>
        <w:t xml:space="preserve">1. Причины и итоги забастовки </w:t>
      </w:r>
    </w:p>
    <w:p>
      <w:r>
        <w:t xml:space="preserve">В июле 2023 гильдия SAG-AFTRA, представляющая 160 тыс. голливудских актёров, </w:t>
      </w:r>
      <w:hyperlink r:id="rId9">
        <w:r>
          <w:rPr>
            <w:color w:val="0000FF"/>
            <w:u w:val="single"/>
          </w:rPr>
          <w:t>объявила</w:t>
        </w:r>
      </w:hyperlink>
      <w:r>
        <w:t xml:space="preserve"> [1] забастовку, не сумев договориться с Альянсом продюсеров. По сути, она присоединилась к уже идущей на тот момент забастовке гильдии WGA, представляющей интересы сценаристов.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9184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Фото: Mario Tama / Getty Images</w:t>
      </w:r>
    </w:p>
    <w:p>
      <w:r>
        <w:t xml:space="preserve">Падение зарплат, уровня социального обеспечения, ухудшение условий труда и конкуренция с ИИ вынудила работников сферы кинопроизводства отстаивать право на лучшую жизнь путём забастовки. CNN </w:t>
      </w:r>
      <w:hyperlink r:id="rId11">
        <w:r>
          <w:rPr>
            <w:color w:val="0000FF"/>
            <w:u w:val="single"/>
          </w:rPr>
          <w:t>предрекало</w:t>
        </w:r>
      </w:hyperlink>
      <w:r>
        <w:t xml:space="preserve"> [2], что ущерб от забастовки может составить около 4 млрд долларов и задеть не только экономику США, но и других стран. </w:t>
      </w:r>
    </w:p>
    <w:p>
      <w:r>
        <w:t xml:space="preserve">Одной из причин падения зарплат сценаристов и актёров было названо быстрое развитие стриминговых платформ. Изначально сервисы вроде Netflix расширили рынок труда, так как им понадобилось выпускать больше продукции, а следовательно, возросла и потребность в рабочих руках. Однако в процессе развития отрасли корпорации начали выпускать более короткие сериалы, потому что именно они обеспечивали самую большую финансовую отдачу. Вследствие этого сценаристы и актёры стали получать меньшую зарплату, а количество труда в сфере выросло. Иными словами, произошёл классический пример интенсификации труда для достижения максимально возможной прибыли. </w:t>
      </w:r>
    </w:p>
    <w:p>
      <w:r>
        <w:t xml:space="preserve">Борьба с искусственным интеллектом явилась иллюстрацией того, что со временем производство так или иначе становится всё более капиталоёмким и если раньше, например, для создания музыкального произведения требовался хорошо обученный человек, то теперь с этим может справляться и машина. Конечно, речь не идёт о создании шедевра, но о некотором спектре технических задач — вполне. В этом отчётливо проглядывается типичная для капитализма закономерность: рост постоянного капитала (средства производства) приводит к уменьшению части переменного капитала (заработная плата трудящихся). Иначе говоря, развитие технологий приводит к сокращению числа необходимых для производства рабочих.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486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Фото: Mario Tama / Getty Images</w:t>
      </w:r>
    </w:p>
    <w:p>
      <w:r>
        <w:t xml:space="preserve">Гильдии в своей борьбе пытались ограничить применение ИИ в индустрии. В марте представители WGA </w:t>
      </w:r>
      <w:hyperlink r:id="rId13">
        <w:r>
          <w:rPr>
            <w:color w:val="0000FF"/>
            <w:u w:val="single"/>
          </w:rPr>
          <w:t>заявили</w:t>
        </w:r>
      </w:hyperlink>
      <w:r>
        <w:t xml:space="preserve"> [3] о недопустимости использования алгоритмов искусственного интеллекта для создания текстов, назвав подобный контент «плагиатом». Участники профсоюза потребовали установить ограничения для защиты работников «от несанкционированного использования их внешности, голосов и перформансов». </w:t>
      </w:r>
    </w:p>
    <w:p>
      <w:pPr>
        <w:pStyle w:val="IntenseQuote"/>
      </w:pPr>
      <w:r>
        <w:t>«</w:t>
      </w:r>
      <w:r>
        <w:rPr>
          <w:i/>
        </w:rPr>
        <w:t>Искусственный интеллект представляет экзистенциальную угрозу для творческих профессий, и все актёры заслуживают договорных формулировок, которые защитили бы их личность и талант от эксплуатации без согласия и оплаты</w:t>
      </w:r>
      <w:r>
        <w:t xml:space="preserve">», — </w:t>
      </w:r>
      <w:hyperlink r:id="rId14">
        <w:r>
          <w:rPr>
            <w:color w:val="0000FF"/>
            <w:u w:val="single"/>
          </w:rPr>
          <w:t>сказал</w:t>
        </w:r>
      </w:hyperlink>
      <w:r>
        <w:t xml:space="preserve"> [4] президент SAG-AFTRA, Фрэн Дрешер.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5314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53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На фото: выступление президента SAG-AFTRA Фрэн Дрешер. Источник: Mike Blake/Reuters</w:t>
      </w:r>
    </w:p>
    <w:p>
      <w:r>
        <w:t xml:space="preserve">Любопытно, что последняя крупная забастовка сценаристов также была связана с развитием технологий. Она </w:t>
      </w:r>
      <w:hyperlink r:id="rId16">
        <w:r>
          <w:rPr>
            <w:color w:val="0000FF"/>
            <w:u w:val="single"/>
          </w:rPr>
          <w:t>длилась</w:t>
        </w:r>
      </w:hyperlink>
      <w:r>
        <w:t xml:space="preserve"> [5] 100 дней с ноября по февраль 2007–2008 гг. Тогда сценаристы не могли договориться с Альянсом продюсеров кино и телевидения о получении процента от продаж DVD и показа продукции онлайн. Тогда сценаристы в итоге всё же </w:t>
      </w:r>
      <w:hyperlink r:id="rId17">
        <w:r>
          <w:rPr>
            <w:color w:val="0000FF"/>
            <w:u w:val="single"/>
          </w:rPr>
          <w:t>добились</w:t>
        </w:r>
      </w:hyperlink>
      <w:r>
        <w:t xml:space="preserve"> того, что стали получать процент от распространения товаров на дисках и в сети [6]. </w:t>
      </w:r>
    </w:p>
    <w:p>
      <w:r>
        <w:t xml:space="preserve">Экономический рычаг в трудовых конфликтах всегда является основным способом давления в противостоянии между работниками и работодателями. Предприниматель ждёт, когда запал и наличные денежные запасы рабочих иссякнут. Рабочие, в свою очередь, ждут, когда издержки для предпринимателя вследствие простоя производства станут неоправданно высоки. </w:t>
      </w:r>
    </w:p>
    <w:p>
      <w:r>
        <w:t xml:space="preserve">В определённой точке стороны конфликта идут друг другу навстречу и находят компромисс, однако во время борьбы действия со стороны бизнесменов могут быть довольно грязными. Так, студии намеревались </w:t>
      </w:r>
      <w:hyperlink r:id="rId18">
        <w:r>
          <w:rPr>
            <w:color w:val="0000FF"/>
            <w:u w:val="single"/>
          </w:rPr>
          <w:t>возобновить</w:t>
        </w:r>
      </w:hyperlink>
      <w:r>
        <w:t xml:space="preserve"> [7] переговоры не раньше конца октября, чтобы изнурить рабочих. </w:t>
      </w:r>
    </w:p>
    <w:p>
      <w:r>
        <w:t xml:space="preserve">Однако их планам не суждено было сбыться. 27 сентября 2023 г., забастовка была завершена. WGA </w:t>
      </w:r>
      <w:hyperlink r:id="rId19">
        <w:r>
          <w:rPr>
            <w:color w:val="0000FF"/>
            <w:u w:val="single"/>
          </w:rPr>
          <w:t>смогла</w:t>
        </w:r>
      </w:hyperlink>
      <w:r>
        <w:t xml:space="preserve"> [8] добиться ограничений на использование искусственного интеллекта, установления минимального количества персонала в комнатах телесценаристов на проектах, бонусов за число просмотров на стриминговых каналах, а также ежегодной индексации минимальной заработной платы на 5%, 4% и 3,5% в течение следующих трёх лет.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86809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868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На фото: американский актёр и продюсер Марк Руффало присоединился к забастовке. Источник: Jose Perez/Bauer-Griffin/GC Images/Getty Images</w:t>
      </w:r>
    </w:p>
    <w:p>
      <w:pPr>
        <w:pStyle w:val="Heading2"/>
      </w:pPr>
      <w:r>
        <w:t xml:space="preserve">2. Классовая солидарность </w:t>
      </w:r>
    </w:p>
    <w:p>
      <w:r>
        <w:t xml:space="preserve">Любая забастовка очевидным образом влияет на её непосредственных участников — работодателей и работников. И первые, и вторые несут убытки, но борются за будущие условия существования. </w:t>
      </w:r>
    </w:p>
    <w:p>
      <w:r>
        <w:t xml:space="preserve">Когда бастует отдельное предприятие, не имеющее заметной доли на рынке, общественное производство стихийным образом компенсирует недостаток товаров: изменяются пути поставок, находятся другие производители и т.д. Но когда бастует целая отрасль, то ущерб несут не только напрямую связанные с отраслью предприниматели и рабочие, но и предприниматели и рабочие смежных отраслей. Таким образом, классовый конфликт поднимается на более высокий уровень и волей-неволей в него оказывается втянута значительно большая часть людей, чем может показаться на первый взгляд. </w:t>
      </w:r>
    </w:p>
    <w:p>
      <w:r>
        <w:t xml:space="preserve">Из-за простоя в производстве кинопродукции теряют работу не только операторы и гримёры, но и плотники, стилисты, представители иных профессий, задействованные в кинопроизводстве. Несознательный рабочий, не понимающий связи своей профессии с общеклассовыми интересами всего пролетариата, может занять негативную позицию по отношению к бастующим и присоединиться к капиталисту в обвинениях рабочих. Однако сознательные рабочие понимают эту связь и выражают солидарность борьбе актёров и сценаристов. </w:t>
      </w:r>
    </w:p>
    <w:p>
      <w:r>
        <w:t xml:space="preserve">«Эта борьба — наша борьба», — </w:t>
      </w:r>
      <w:hyperlink r:id="rId21">
        <w:r>
          <w:rPr>
            <w:color w:val="0000FF"/>
            <w:u w:val="single"/>
          </w:rPr>
          <w:t>говорит</w:t>
        </w:r>
      </w:hyperlink>
      <w:r>
        <w:t xml:space="preserve"> [9] Кори Хантер, оператор из Лос-Анджелеса. После потери основной работы он собирается помогать члену семьи в риелторском деле. Его жена Джули Ганис соглашается: «Наши враги — не сценаристы, а владельцы корпораций, которые считают, что прибыль важнее всего».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9184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Фото: Mario Anzuoni/Reuters</w:t>
      </w:r>
    </w:p>
    <w:p>
      <w:r>
        <w:t xml:space="preserve">Портал IGN также пообщался с представителями компаний, создающими визуальные эффекты. Они </w:t>
      </w:r>
      <w:hyperlink r:id="rId23">
        <w:r>
          <w:rPr>
            <w:color w:val="0000FF"/>
            <w:u w:val="single"/>
          </w:rPr>
          <w:t>сообщили</w:t>
        </w:r>
      </w:hyperlink>
      <w:r>
        <w:t xml:space="preserve"> [10], что их бизнес к концу лета встанет, однако работники данной сферы также выражают солидарность: </w:t>
      </w:r>
    </w:p>
    <w:p>
      <w:pPr>
        <w:pStyle w:val="IntenseQuote"/>
      </w:pPr>
      <w:r>
        <w:t xml:space="preserve">«Забастовка — это плохо, но если бы у нас был мощный профсоюз, мы оказались бы в такой позиции, и были бы вынуждены объявить забастовку, я бы к ней присоединился, — рассуждает один из них. — В забастовке полностью виноваты студии. Они могли бы быстро всё остановить, сделав даже меньше уступок, чем они дали режиссёрам. Любой, кто долгое время работал в VFX-студиях, знает, какими жестокими и ужасными клиентами бывают киностудии и стриминги» — сообщил один из специалистов. </w:t>
      </w:r>
    </w:p>
    <w:p>
      <w:r>
        <w:t xml:space="preserve">Конечно, страдает и экономика штата в целом: люди меньше </w:t>
      </w:r>
      <w:hyperlink r:id="rId24">
        <w:r>
          <w:rPr>
            <w:color w:val="0000FF"/>
            <w:u w:val="single"/>
          </w:rPr>
          <w:t>пользуются</w:t>
        </w:r>
      </w:hyperlink>
      <w:r>
        <w:t xml:space="preserve"> [11] различными услугами вроде ресторанов, клининга, химчистки, завязанных на киностудии. Также, очевидно, оказалась затронута отрасль производства декораций, костюмов для съёмок и т.д. Всё это происходит потому, что труд имеет общественный характер. В данном случае, труд сценаристов и актёров делает осмысленным труд остальных рабочих, завязанных на отрасли. </w:t>
      </w:r>
    </w:p>
    <w:p>
      <w:r>
        <w:t xml:space="preserve">Но только не понимающей своей связи с общенациональным рабочим классом наёмный рабочий может сделать из этого вывод, что причина забастовки — не общие условия капиталистической эксплуатации труда, а «плохие» или «неправильные» рабочие. </w:t>
      </w:r>
    </w:p>
    <w:p>
      <w:pPr>
        <w:pStyle w:val="Heading2"/>
      </w:pPr>
      <w:r>
        <w:t xml:space="preserve">3. Актёры и сценаристы — это пролетариат? </w:t>
      </w:r>
    </w:p>
    <w:p>
      <w:r>
        <w:t xml:space="preserve">В т.н. «левом» дискурсе часто возникает предубеждение по отношению к работникам культурной сферы. Звучат тезисы, что такие работники не являются пролетариатом, т.к. не производят материальных благ. </w:t>
      </w:r>
    </w:p>
    <w:p>
      <w:r>
        <w:t xml:space="preserve">Это поверхностное понимание вопроса. Капиталистическое предприятие — это не только фабрика, но и любое предприятие, существующее для увеличения самого капитала и, соответственно, использующее наёмный труд, отчуждающее продукт рабочего. Киностудия или студия, создающая эффекты к видео, также являются частью рынка, нанимает рабочих и отчуждают произведённый продукт. Вместе с этим, любой сотрудник сферы культуры, поскольку он продаёт свой труд, существует как наёмный рабочий, живёт на заработную плату — и поэтому всё так же является пролетарием. Это то главное, что определяет рабочего в отличие от капиталиста: продажа своего труда. </w:t>
      </w:r>
    </w:p>
    <w:p>
      <w:r>
        <w:t xml:space="preserve">Существует стереотип об актёре как об обеспеченном человеке, однако образ жизни обеспеченного человека может вести лишь небольшая часть всего профессионального сообщества. Например, из 160 тысяч членов Гильдии SAG-AFTRA только 15% зарабатывает больше 26 тыс. долларов в год. Этот показатель находится ниже черты бедности в США. Чтобы прожить, люди ищут способ заработка на стороне. А в России, под </w:t>
      </w:r>
      <w:hyperlink r:id="rId25">
        <w:r>
          <w:rPr>
            <w:color w:val="0000FF"/>
            <w:u w:val="single"/>
          </w:rPr>
          <w:t>данным</w:t>
        </w:r>
      </w:hyperlink>
      <w:r>
        <w:t xml:space="preserve"> портала gorodrabot, медианная заработная плата артиста театра составляет 28 023 рублей.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38699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386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Таким образом, работники сферы культуры эксплуатируются на том же основании, что и рабочие любой другой сферы, а интерес всего класса пролетариата — в освобождении труда от капиталистической эксплуатации. </w:t>
      </w:r>
    </w:p>
    <w:p>
      <w:pPr>
        <w:pStyle w:val="Heading2"/>
      </w:pPr>
      <w:r>
        <w:t xml:space="preserve">Заключение </w:t>
      </w:r>
    </w:p>
    <w:p>
      <w:r>
        <w:t xml:space="preserve">Организованная борьба работников двух гильдий дала свой результат — продюсеры пошли на уступки. Сплочённость рабочих разных сфер и понимание того, что корень их положения — капиталистическая погоня за прибылью — внушает оптимизм. Тем не менее успех в забастовке относителен, и через некоторое время перед рабочими вновь встанет необходимость развития борьбы для сохранения достигнутых побед. </w:t>
      </w:r>
    </w:p>
    <w:p>
      <w:r>
        <w:t xml:space="preserve">Отдельная забастовка — лишь часть общей борьбы класса рабочих против класса предпринимателей, и успех в ней — однозначное благо. Однако победы на экономическом поле не устраняют эксплуатации самой по себе, а лишь временно улучшают положение рабочего. Эксплуатация или отчуждение результатов труда на частной основе полностью исчезнет лишь при социализме. Построение такой системы и есть истинное стремление рабочих как класса. </w:t>
      </w:r>
    </w:p>
    <w:p>
      <w:r>
        <w:t xml:space="preserve">Вместе с тем, капиталистический рынок тормозит культурное обогащение человечества, ведь он требует то, что хорошо продаётся, и часто игнорирует художественную ценность как таковую. Актёр, режиссёр, сценарист, писатель, как и любой другой работник сферы культуры подвергается отчуждению от результатов своего творчества, и вместе с тем вынужден подстраиваться под рыночную конъюнктуру, чтобы выжить. Никакой подлинной свободы творчества в этом смысле капиталистический мир человеку не даёт. </w:t>
      </w:r>
    </w:p>
    <w:p>
      <w:r>
        <w:t xml:space="preserve">Даже Джордж Лукас, несмотря на неоднозначную репутацию корыстного и безжалостного к коллегам человека, </w:t>
      </w:r>
      <w:hyperlink r:id="rId27">
        <w:r>
          <w:rPr>
            <w:color w:val="0000FF"/>
            <w:u w:val="single"/>
          </w:rPr>
          <w:t>называл</w:t>
        </w:r>
      </w:hyperlink>
      <w:r>
        <w:t xml:space="preserve"> студию Walt Disney «белыми рабовладельцами»: «Все мои фильмы — как дети. Я их очень люблю. И тут я продал их, а с ними поступили, как с рабами: взяли и...» — пояснил он, не договорив фразу [12]. </w:t>
      </w:r>
    </w:p>
    <w:p>
      <w:r>
        <w:t xml:space="preserve">Таким образом, единственный способ освободить труд и творчество от сковывающих их развитие капиталистических условий — это построить новое социалистическое общество, основанное на общественной собственности на средства производства и отказе от эксплуатации человека человеком. </w:t>
      </w:r>
    </w:p>
    <w:p>
      <w:pPr>
        <w:pStyle w:val="Heading3"/>
      </w:pPr>
      <w:r>
        <w:t xml:space="preserve">Источники </w:t>
      </w:r>
    </w:p>
    <w:p>
      <w:r>
        <w:t xml:space="preserve">[1] </w:t>
      </w:r>
      <w:hyperlink r:id="rId9">
        <w:r>
          <w:rPr>
            <w:color w:val="0000FF"/>
            <w:u w:val="single"/>
          </w:rPr>
          <w:t xml:space="preserve">Гильдия киноактёров США приготовилась объявить забастовку </w:t>
        </w:r>
      </w:hyperlink>
      <w:r>
        <w:t>— от 13 июля 2023</w:t>
      </w:r>
    </w:p>
    <w:p>
      <w:r>
        <w:t xml:space="preserve">[2] </w:t>
      </w:r>
      <w:hyperlink r:id="rId11">
        <w:r>
          <w:rPr>
            <w:color w:val="0000FF"/>
            <w:u w:val="single"/>
          </w:rPr>
          <w:t>Actors will go on strike after contract talks collapse</w:t>
        </w:r>
      </w:hyperlink>
      <w:r>
        <w:t xml:space="preserve"> — от 13 июля 2023</w:t>
      </w:r>
    </w:p>
    <w:p>
      <w:r>
        <w:t xml:space="preserve">[3] </w:t>
      </w:r>
      <w:hyperlink r:id="rId13">
        <w:r>
          <w:rPr>
            <w:color w:val="0000FF"/>
            <w:u w:val="single"/>
          </w:rPr>
          <w:t>Американские сценаристы сравнили ИИ-контент с плагиатом</w:t>
        </w:r>
      </w:hyperlink>
      <w:r>
        <w:t xml:space="preserve"> — от 23 марта 2023</w:t>
      </w:r>
    </w:p>
    <w:p>
      <w:r>
        <w:t xml:space="preserve">[4] </w:t>
      </w:r>
      <w:hyperlink r:id="rId14">
        <w:r>
          <w:rPr>
            <w:color w:val="0000FF"/>
            <w:u w:val="single"/>
          </w:rPr>
          <w:t>В США — забастовка актёров. Что они хотят и почему всё это происходит</w:t>
        </w:r>
      </w:hyperlink>
      <w:r>
        <w:t xml:space="preserve"> — от 14 июля 2023</w:t>
      </w:r>
    </w:p>
    <w:p>
      <w:r>
        <w:t xml:space="preserve">[5] </w:t>
      </w:r>
      <w:hyperlink r:id="rId28">
        <w:r>
          <w:rPr>
            <w:color w:val="0000FF"/>
            <w:u w:val="single"/>
          </w:rPr>
          <w:t>Сценаристы Голливуда предупредили о забастовке из-за снижения зарплат</w:t>
        </w:r>
      </w:hyperlink>
      <w:r>
        <w:t xml:space="preserve"> — от 1 мая 2023</w:t>
      </w:r>
    </w:p>
    <w:p>
      <w:r>
        <w:t xml:space="preserve">[6] </w:t>
      </w:r>
      <w:hyperlink r:id="rId17">
        <w:r>
          <w:rPr>
            <w:color w:val="0000FF"/>
            <w:u w:val="single"/>
          </w:rPr>
          <w:t>Hollywood writers strike ends</w:t>
        </w:r>
      </w:hyperlink>
      <w:r>
        <w:t xml:space="preserve"> — от 13 февраля 2008</w:t>
      </w:r>
    </w:p>
    <w:p>
      <w:r>
        <w:t xml:space="preserve">[7] </w:t>
      </w:r>
      <w:hyperlink r:id="rId18">
        <w:r>
          <w:rPr>
            <w:color w:val="0000FF"/>
            <w:u w:val="single"/>
          </w:rPr>
          <w:t>Hollywood Studios’ WGA Strike Endgame Is To Let Writers Go Broke Before Resuming Talks In Fall</w:t>
        </w:r>
      </w:hyperlink>
      <w:r>
        <w:t xml:space="preserve"> — от 11 июля 2023</w:t>
      </w:r>
    </w:p>
    <w:p>
      <w:r>
        <w:t xml:space="preserve">[8] </w:t>
      </w:r>
      <w:hyperlink r:id="rId19">
        <w:r>
          <w:rPr>
            <w:color w:val="0000FF"/>
            <w:u w:val="single"/>
          </w:rPr>
          <w:t>Сценаристы Голливуда объявили о завершении почти 150-дневной забастовки</w:t>
        </w:r>
      </w:hyperlink>
      <w:r>
        <w:t xml:space="preserve"> — от 27 сентября 2023</w:t>
      </w:r>
    </w:p>
    <w:p>
      <w:r>
        <w:t xml:space="preserve">[9] </w:t>
      </w:r>
      <w:hyperlink r:id="rId21">
        <w:r>
          <w:rPr>
            <w:color w:val="0000FF"/>
            <w:u w:val="single"/>
          </w:rPr>
          <w:t>Hairdressers, camera-people, caterers: the ‘scary’ ripple effect of the Hollywood writers’ strike</w:t>
        </w:r>
      </w:hyperlink>
      <w:r>
        <w:t xml:space="preserve"> — от 3 мая 2023</w:t>
      </w:r>
    </w:p>
    <w:p>
      <w:r>
        <w:t xml:space="preserve">[10] </w:t>
      </w:r>
      <w:hyperlink r:id="rId23">
        <w:r>
          <w:rPr>
            <w:color w:val="0000FF"/>
            <w:u w:val="single"/>
          </w:rPr>
          <w:t>VFX Artists Fear Layoffs and Hope to Unionize as Hollywood Strikes Continue</w:t>
        </w:r>
      </w:hyperlink>
      <w:r>
        <w:t xml:space="preserve"> — от 19 июля 2023</w:t>
      </w:r>
    </w:p>
    <w:p>
      <w:r>
        <w:t xml:space="preserve">[11] </w:t>
      </w:r>
      <w:hyperlink r:id="rId24">
        <w:r>
          <w:rPr>
            <w:color w:val="0000FF"/>
            <w:u w:val="single"/>
          </w:rPr>
          <w:t>Burbank Mayor Takes Aim At Hollywood CEOs Amid Actors Strike: «We Need to Keep the Money Here»</w:t>
        </w:r>
      </w:hyperlink>
      <w:r>
        <w:t xml:space="preserve"> — от 14 июля 2023</w:t>
      </w:r>
    </w:p>
    <w:p>
      <w:r>
        <w:t xml:space="preserve">[12] </w:t>
      </w:r>
      <w:hyperlink r:id="rId27">
        <w:r>
          <w:rPr>
            <w:color w:val="0000FF"/>
            <w:u w:val="single"/>
          </w:rPr>
          <w:t>Джордж Лукас раскритиковал новые «Звёздные войны»</w:t>
        </w:r>
      </w:hyperlink>
      <w:r>
        <w:t xml:space="preserve"> — от 31 декабря 2015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hyperlink" Target="https://www.rbc.ru/life/news/64afbea19a794744c5a3ee3b" TargetMode="External"/><Relationship Id="rId10" Type="http://schemas.openxmlformats.org/officeDocument/2006/relationships/image" Target="media/image1.png"/><Relationship Id="rId11" Type="http://schemas.openxmlformats.org/officeDocument/2006/relationships/hyperlink" Target="https://edition.cnn.com/business/live-news/hollywood-actors-sag-aftra-strike-07-13-23/h_3fc6a885b85466fad2d20bb77c671f00" TargetMode="External"/><Relationship Id="rId12" Type="http://schemas.openxmlformats.org/officeDocument/2006/relationships/image" Target="media/image2.png"/><Relationship Id="rId13" Type="http://schemas.openxmlformats.org/officeDocument/2006/relationships/hyperlink" Target="https://forklog.com/news/ai/amerikanskie-stsenaristy-sravnili-ii-kontent-s-plagiatom" TargetMode="External"/><Relationship Id="rId14" Type="http://schemas.openxmlformats.org/officeDocument/2006/relationships/hyperlink" Target="https://www.rbc.ru/life/news/64b13bb89a7947eb068132ce" TargetMode="External"/><Relationship Id="rId15" Type="http://schemas.openxmlformats.org/officeDocument/2006/relationships/image" Target="media/image3.png"/><Relationship Id="rId16" Type="http://schemas.openxmlformats.org/officeDocument/2006/relationships/hyperlink" Target="https://www.rbc.ru/society/01/05/2023/644ef5559a7947edf209295e?from=copy" TargetMode="External"/><Relationship Id="rId17" Type="http://schemas.openxmlformats.org/officeDocument/2006/relationships/hyperlink" Target="https://www.latimes.com/news/la-fi-strike13feb13-story.html" TargetMode="External"/><Relationship Id="rId18" Type="http://schemas.openxmlformats.org/officeDocument/2006/relationships/hyperlink" Target="https://deadline.com/2023/07/writers-strike-hollywood-studios-deal-fight-wga-actors-1235434335/" TargetMode="External"/><Relationship Id="rId19" Type="http://schemas.openxmlformats.org/officeDocument/2006/relationships/hyperlink" Target="https://www.rbc.ru/society/27/09/2023/651386239a79471df372040b" TargetMode="External"/><Relationship Id="rId20" Type="http://schemas.openxmlformats.org/officeDocument/2006/relationships/image" Target="media/image4.png"/><Relationship Id="rId21" Type="http://schemas.openxmlformats.org/officeDocument/2006/relationships/hyperlink" Target="https://www.theguardian.com/film/2023/may/02/hollywood-writers-strike-industry-effects" TargetMode="External"/><Relationship Id="rId22" Type="http://schemas.openxmlformats.org/officeDocument/2006/relationships/image" Target="media/image5.png"/><Relationship Id="rId23" Type="http://schemas.openxmlformats.org/officeDocument/2006/relationships/hyperlink" Target="https://www.ign.com/articles/vfx-artists-fear-layoffs-and-hope-to-unionize-as-hollywood-strikes-continue" TargetMode="External"/><Relationship Id="rId24" Type="http://schemas.openxmlformats.org/officeDocument/2006/relationships/hyperlink" Target="https://www.hollywoodreporter.com/business/business-news/burbanks-mayor-actors-strike-economic-impact-1235536723/" TargetMode="External"/><Relationship Id="rId25" Type="http://schemas.openxmlformats.org/officeDocument/2006/relationships/hyperlink" Target="https://gorodrabot.ru/salary?p=%D0%B0%D1%80%D1%82%D0%B8%D1%81%D1%82+%D1%82%D0%B5%D0%B0%D1%82%D1%80%D0%B0#salary-statistics-chart-item-1" TargetMode="External"/><Relationship Id="rId26" Type="http://schemas.openxmlformats.org/officeDocument/2006/relationships/image" Target="media/image6.png"/><Relationship Id="rId27" Type="http://schemas.openxmlformats.org/officeDocument/2006/relationships/hyperlink" Target="https://lenta.ru/news/2015/12/31/lucas/" TargetMode="External"/><Relationship Id="rId28" Type="http://schemas.openxmlformats.org/officeDocument/2006/relationships/hyperlink" Target="https://www.rbc.ru/society/01/05/2023/644ef5559a7947edf209295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